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מה המשותף? (סטים חדשים) – ז׳–י״ב, עולים וחנ״מ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zt">
        <w:r>
          <w:rPr>
            <w:rtl w:val="1"/>
            <w:u w:val="single"/>
            <w:color w:val="1E40AF"/>
          </w:rPr>
          <w:t xml:space="preserve">• 🎧 ז׳–ט׳</w:t>
        </w:r>
      </w:hyperlink>
    </w:p>
    <w:p>
      <w:pPr>
        <w:bidi w:val="1"/>
        <w:jc w:val="right"/>
      </w:pPr>
      <w:hyperlink w:anchor="dyb">
        <w:r>
          <w:rPr>
            <w:rtl w:val="1"/>
            <w:u w:val="single"/>
            <w:color w:val="1E40AF"/>
          </w:rPr>
          <w:t xml:space="preserve">• 🎓 י׳–י״ב</w:t>
        </w:r>
      </w:hyperlink>
    </w:p>
    <w:p>
      <w:pPr>
        <w:bidi w:val="1"/>
        <w:jc w:val="right"/>
      </w:pPr>
      <w:hyperlink w:anchor="dolim">
        <w:r>
          <w:rPr>
            <w:rtl w:val="1"/>
            <w:u w:val="single"/>
            <w:color w:val="1E40AF"/>
          </w:rPr>
          <w:t xml:space="preserve">• 🌍 עולים</w:t>
        </w:r>
      </w:hyperlink>
    </w:p>
    <w:p>
      <w:pPr>
        <w:bidi w:val="1"/>
        <w:jc w:val="right"/>
      </w:pPr>
      <w:hyperlink w:anchor="dchanam">
        <w:r>
          <w:rPr>
            <w:rtl w:val="1"/>
            <w:u w:val="single"/>
            <w:color w:val="1E40AF"/>
          </w:rPr>
          <w:t xml:space="preserve">• 🧩 חנ״מ</w:t>
        </w:r>
      </w:hyperlink>
    </w:p>
    <w:p>
      <w:pPr>
        <w:pStyle w:val="Heading1"/>
        <w:bidi w:val="1"/>
        <w:jc w:val="right"/>
      </w:pPr>
      <w:bookmarkStart w:id="58258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🧩 קלפי מה המשותף? (סטים חדשים)</w:t>
      </w:r>
      <w:bookmarkEnd w:id="58258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4839" w:name="dzt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🎧 ז׳–ט׳</w:t>
      </w:r>
      <w:bookmarkEnd w:id="483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🪡 מחט · 🌀 סערה · 🥔 תפוח אדמה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רואים בה – אבל לא תמיד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עין – עין המחט (החור), עין הסערה (המרכז השקט) ו״עיני״ תפוח האדמה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☀️ שמש · 🌬️ רוח · 💧 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מפיקים ממנה חשמל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אנרגיה – מהשמש, מהרוח ומהמים זורמים מפיקים אנרגיה מתחדשת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💧 מים · 🌫️ אוויר · 🔊 רעש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זה מזיק לסביבה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זיהום – זיהום מים, זיהום אוויר וזיהום רעש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⚓ רב־חובל · 🎼 מנצח · 👩‍🏫 מחנכת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מי שמוביל את הקבוצה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מנהיגות – רב־חובל מוביל ספינה, מנצח מוביל תזמורת ומחנכת מובילה כיתה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⚓ עוגן · 🌳 שורשים · 👨‍👩‍👧 משפחה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מה שמחזיק אותנו בסערה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יציבות – עוגן מייצב ספינה, שורשים מייצבים עץ – ומשפחה וחברים נותנים לנו יציבות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💻 מחשב · 🐈 חתול · 🪤 מלכודת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קטן, אפור ויש לו זנב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עכבר – עכבר מחשב, חתול רודף אחרי עכבר, ומלכודת עכברים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🌊 ים · 💧 דמעה · 🍲 מרק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טעם של... 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מלח – מי ים, דמעות ומרק – כולם מלוחים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🐪 גמל · 🦂 עקרב · 🏜️ דיונה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חם, יבש ומעט גשם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מדבר – גמל, עקרב ודיונות חול – כולם במדבר</w:t>
            </w:r>
          </w:p>
        </w:tc>
      </w:tr>
    </w:tbl>
    <w:p>
      <w:pPr>
        <w:pStyle w:val="Heading2"/>
        <w:bidi w:val="1"/>
        <w:jc w:val="right"/>
      </w:pPr>
      <w:bookmarkStart w:id="22639" w:name="dy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🎓 י׳–י״ב</w:t>
      </w:r>
      <w:bookmarkEnd w:id="2263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📜 חוקה · 🗳️ משאל עם · 🗣️ חופש ביטוי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שלטון העם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דמוקרטיה – חוקה, משאל עם וחופש ביטוי – מושגים של דמוקרטיה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📰 עיתונות · 🗣️ ביטוי · 🚶 תנועה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זכות לבחור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חופש – חופש העיתונות, חופש הביטוי וחופש התנועה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🌍 קו המשווה · 🦀 חוג הסרטן · 🐐 חוג הגדי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קווים שרצים מזרח־מערב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רוחב – קו המשווה, חוג הסרטן וחוג הגדי – כולם קווי רוחב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❌ שגיאה · 🤕 נפילה · 🔁 ניסיון נוסף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כל טעות היא הזדמנות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למידה – משגיאה, מנפילה ומניסיון נוסף – לומדים. זו חשיבה מתפתחת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✉️ מכתב · 📄 חוזה · 🖼️ ציור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השם שלכם בכתב יד, בסוף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חתימה – חותמים על מכתב, על חוזה ועל ציור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➗ משוואה · 🕵️ תעלומה · 🤝 מריבה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מה שמחפשים כשתקועים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פתרון – פותרים משוואה, תעלומה – וגם מריבה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🛰️ לוויין · 🌙 ירח · 🚀 תחנת חלל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דרך מעגלית סביב גוף בחלל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מסלול – לוויין, ירח ותחנת חלל – כולם נעים במסלול סביב כדור הארץ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🌉 גשר · 🗣️ מתורגמן · 🤝 שגריר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מחברים בין שני צדדים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קשר – גשר, מתורגמן ושגריר – כולם יוצרים קשר בין צדדים</w:t>
            </w:r>
          </w:p>
        </w:tc>
      </w:tr>
    </w:tbl>
    <w:p>
      <w:pPr>
        <w:pStyle w:val="Heading2"/>
        <w:bidi w:val="1"/>
        <w:jc w:val="right"/>
      </w:pPr>
      <w:bookmarkStart w:id="79366" w:name="doli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🌍 עולים</w:t>
      </w:r>
      <w:bookmarkEnd w:id="79366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🍎 תַּפּוּחַ · 🍌 בָּנָנָה · 🍇 עֲנָבִים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גְּדֵלִים עַל עֵצִים וּמְתוּקִים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פֵּרוֹת – תפוח, בננה וענבים – פירות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🚌 אוֹטוֹבּוּס · 🚆 רַכֶּבֶת · 🚕 מוֹנִית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נוֹסְעִים בָּזֶה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תַּחְבּוּרָה – אוטובוס, רכבת ומונית – תחבורה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🧥 מְעִיל · 🧣 צָעִיף · ☔ מִטְרִיָּה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קַר וְיוֹרֵד גֶּשֶׁם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חֹרֶף – מעיל, צעיף ומטרייה – לובשים ולוקחים בחורף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👩‍⚕️ רוֹפְאָה · 💊 תְּרוּפָה · 🏥 בֵּית חוֹלִים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מָה שֶׁשּׁוֹמֵר עַל הַגּוּף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בְּרִיאוּת – רופאה, תרופה ובית חולים – בריאות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🏫 כִּתָּה · 📚 סֵפֶר · ✏️ עִפָּרוֹן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מָה עוֹשִׂים בְּבֵית הַסֵּפֶר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לִמּוּדִים – כיתה, ספר ועיפרון – לימודים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👋 שָׁלוֹם · 🙏 תּוֹדָה · 😊 בְּבַקָּשָׁה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מִלִּים יָפוֹת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נִימוּס – שלום, תודה ובבקשה – מילים של נימוס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☀️ קַיִץ · 🌊 גַּלִּים · 🩴 כַּפְכַּפִּים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יֵשׁ שָׁם חוֹל וְיָם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חוֹף – קיץ, גלים וכפכפים – הולכים לחוף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🧑‍🤝‍🧑 חָבֵר · 👨‍👩‍👧 מִשְׁפָּחָה · 👩‍🏫 מוֹרָה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אֲנָשִׁים שֶׁאֶפְשָׁר לִפְנוֹת אֲלֵיהֶם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עֶזְרָה – חבר, משפחה ומורה – אפשר לבקש מהם עזרה</w:t>
            </w:r>
          </w:p>
        </w:tc>
      </w:tr>
    </w:tbl>
    <w:p>
      <w:pPr>
        <w:pStyle w:val="Heading2"/>
        <w:bidi w:val="1"/>
        <w:jc w:val="right"/>
      </w:pPr>
      <w:bookmarkStart w:id="93417" w:name="dchana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🧩 חנ״מ</w:t>
      </w:r>
      <w:bookmarkEnd w:id="9341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🐶 כֶּלֶב · 🐱 חָתוּל · 🐰 אַרְנָב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יֵשׁ לָהֶם פַּרְוָה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חַיּוֹת – כלב, חתול וארנב – חיות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🍎 תַּפּוּחַ · 🍓 תּוּת · 🍒 דֻּבְדְּבָן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צֶבַע 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אָדֹם – תפוח, תות ודובדבן – אדומים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👟 נַעֲלַיִם · 🧦 גַּרְבַּיִם · 🩴 כַּפְכַּפִּים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הוֹלְכִים עֲלֵיהֶן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רַגְלַיִם – נעליים, גרביים וכפכפים – שמים על הרגליים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🍞 לֶחֶם · 🥚 בֵּיצָה · 🧀 גְּבִינָה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אוֹכְלִים אֶת זֶה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אֹכֶל – לחם, ביצה וגבינה – אוכל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✏️ עִפָּרוֹן · 🖍️ צְבָעִים · 🖌️ מִכְחוֹל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עוֹשִׂים תְּמוּנָה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צִיּוּר – עיפרון, צבעים ומכחול – מציירים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🛏️ מִטָּה · 🌙 לַיְלָה · 🧸 דֻּבִּי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עוֹצְמִים עֵינַיִם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שֵׁנָה – מיטה, לילה ודובי – הולכים לישון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😮‍💨 נְשִׁימָה · 🫂 חִבּוּק · 🧸 דֻּבִּי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מַרְגִּישִׁים שֶׁקֶט בַּגּוּף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רְגִיעָה – נשימה, חיבוק ודובי – עוזרים להירגע</w:t>
            </w:r>
          </w:p>
        </w:tc>
        <w:tc>
          <w:tcPr>
            <w:tcW w:type="dxa" w:w="510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קלפי מה המשותף? (סטים חדשים) – ז׳–י״ב, עולים וחנ״מ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קלפי מה המשותף? (סטים חדשים) – ז׳–י״ב, עולים וחנ״מ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